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האיש שחלם מדינה: בנימין זאב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חייו של בנימין זאב הרצל ואת החלום שהנחה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לסדר אירועים מרכזיים בחייו לפי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הקונגרס הציוני הראשון ולמה הוקם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ביטוי אישי של חלום וחשיבה על דרך להגשמתו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ילד סקרן שהפך לחולם – מה זוכרים מהסיפור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בנימין זאב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לקרוא ספרים ולחלום על תיאטרון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אחותו פאולינה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לא 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ילד סקרן שהפך לחולם – השלמות והתאמות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2. 1891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ילד סקרן שהפך לחולם – התאמת תאריכים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(1860)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(1878)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(1884)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(1891)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ילד סקרן שהפך לחולם – הבנה מעמיקה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ליבו נמשך לכתיבה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מסע בציר הזמן – מה אני זוכר/ת?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נכון, הוא נולד ב-1860 בפשט, היום חלק מבודפשט.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המשפחה עברה לווינה, לא לפריז.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נכון, הוא נשלח לפריז ב-1891 ככתב עיתון.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משפט דרייפוס היה ב-1894-1895, והספר פורסם אחריו, ב-1896.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נכון, הקונגרס התקיים בסוף אוגוסט 1897.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מסע בציר הזמן – מתאימים שנה לאירוע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(הרצל נולד בפשט)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(הרצל קיבל תואר דוקטור למשפטים)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(הרצל נשלח לפריז כעיתונאי)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(פרסום הספר מדינת היהודים)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(הקונגרס הציוני הראשון בבזל)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מסע בציר הזמן – סדרו את התחנות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סדרו לפי סדר כרונולוגי: (א) הרצל נולד בפשט (ב) המשפחה עברה לווינה (ג) הרצל קיבל תואר דוקטור (ד) הרצל נשלח לפריז כעיתונאי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סדרו לפי סדר כרונולוגי: (א) משפט דרייפוס (ב) פרסום מדינת היהודים (ג) הקונגרס הציוני הראשון בבזל (ד) פרסום אלטנוילנד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סדרו לפי סדר כרונולוגי את כל חמש התחנות: (א) נולד בפשט (ב) נשלח לפריז כעיתונאי (ג) פרסם את מדינת היהודים (ד) השתתף בקונגרס בבזל (ה) פרסם את אלטנוילנד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הקונגרס בבזל וההסתדרות הציונית – עובדות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1897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200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מקס נורדאו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ההסתדרות הציונית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הקונגרס בבזל וההסתדרות הציונית – תרגול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הסתדרות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הקונגרס בבזל וההסתדרות הציונית – התאמה וסדר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(מטרת התנועה: בית לעם היהודי בארץ ישראל, מובטח בחוק בינלאומי)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(בנק שהוקם ב-1899 למימון התיישבות בארץ)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(קרן לקניית אדמות בארץ ישראל, הוקמה ב-1901)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(סופר ורופא שנאם לצד הרצל בקונגרס הראשון)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החזון של הרצל: אז והיום – מה הרצל חלם?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אחד הדברים המרכזיים בחלום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הכוכבים היו סמל לשבע שעות 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הרצל חלם על יום עבודה של שבע שעות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חלק מהחזון של שוויון בספר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הרצל חשב על כמה שפות יחד, כמו בשווייץ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החזון של הרצל: אז והיום – מה קרה בסוף?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(התגשם)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(התגשם)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(התגשם בחלקו)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(התגשם אחרת)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(לא התגשם)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החזון של הרצל: אז והיום – חושבים לעומק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הדגל שונה מהדגל שהוצע, או שהעברית דווקא כן נהייתה שפת יום יום למרות שהרצל לא האמין בכך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אפשר לכתוב שהרצל רצה חברה הוגנת, שדואגת לעובדים ולא רק למדינה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כל תשובה אישית ומנומקת מתקבלת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התגשם בחלקו – קרה חלק ממה שחלמו; התגשם אחרת – קרה משהו שונה לגמרי ממה שחלמו, למשל הדגל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עיר החלומות שלי וסיכום – מילים חשובות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זהב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קונגרס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אלטנוילנד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עיר החלומות שלי וסיכום – התאימו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(תמונה של עתיד טוב שרוצים להגשים)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(סמל של עם או מדינה)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(אסיפה גדולה שמחליטים בה 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(מקום שיש בו עם, ממשלה וגבולות)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(דבר חשוב שמנחה איך להתנהג)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עיר החלומות שלי וסיכום – בונים עיר חלומות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שם מתאים ומקורי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קצר שמבטא תקווה או 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תיאור צבעים וסמלים עם הסבר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שלושה ערכים כמו שוויון, עזרה הדדית, כבוד – עם הסבר קצר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חזרה מסכמת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בבודפשט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ההסתדרות הציונית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חברה חדשה בארץ ישראל עם מדע ושוויון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משפט דרייפוס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לבן עם שבעה כוכבי זהב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חזרה מסכמת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הרצל ראה שגם בארץ חופשית כמו צרפת יש שנאת יהודים חזקה, והבין שצריך פתרון של מדינה משלהם.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הוקמה מדינה ליהודים (התגשם), אך לא כל חלקי החזון הכלכלי או הלשוני התגשמו כפי שתכנן.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 הכוללת ערך (כמו שוויון, עזרה הדדית) והסבר קצר מדוע נבחר.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כוללת: ילד מבודפשט, עיתונאי, כתב ספר, חלם על מדינה ליהודים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סדר נכון כולל: לידה, מעבר לווינה, עיתונאות, מדינת היהודים, קונגרס בבזל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מזכירה: אסיפה גדולה בשווייץ ב-1897, הוקמה הסתדרות ציונית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החוברת לחמישה מפגשים קצרים, פרק אחד בכל 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בכיתות א-ב מומלץ להקריא את הטקסטים ולהוסיף ניקוד למילות מפתח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להסתפק בסידור ציר הזמן בעזרת תמונות בלבד, בלי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לסיום מומלץ להציג במליאה כמה מעבודות 'עיר החלומות' ולשוחח מה משותף לכולן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האיש שחלם מדינה: בנימין זאב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זו תפגשו את סיפורו של בנימין זאב הרצל, הילד שהפך לחוזה המדינה. בכל פרק תענו על שאלות, תסדרו אירועים ותציירו. בסוף תוכלו לבנות גם 'עיר חלומות' משלכם.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ילד סקרן שהפך לחולם – מה זוכרים מהסיפור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עיר נולד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פשט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היה השם העברי של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בנימין זאב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הרצל אהב לעשות כשהיה נער?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לקרוא ספרים ולחלום על תיאטרון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לשחק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לעבוד בחקלאות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לנגן בכינור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המשפחה עברה לווינה אחרי מות 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אחותו פאולינה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אביו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דודו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האם נכון: הרצל למד רפואה באוניברסיטה?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חלקית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ילד סקרן שהפך לחולם – השלמות והתאמות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הרצל קיבל תואר דוקטור ל__________ בשנת 1884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בשנת __________ נשלח הרצל לפריז ככתב עיתון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ילד סקרן שהפך לחולם – התאמת תאריכים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נולד בפשט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1891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המשפחה עברה לווינה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1884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קיבל תואר דוקטור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1878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נשלח לפריז ככתב עיתון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1860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ילד סקרן שהפך לחולם – הבנה מעמיקה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הרצל עזב את עולם המשפט?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ליבו נמשך לכתיבה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הצליח בלימודים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הוריו אילצו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היה לו עניין בעבודה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מסע בציר הזמן – מה אני זוכר/ת?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נולד בעיר פשט בהונגריה.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מות אחותו פאולינה עברה המשפחה לפריז.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עבד כעיתונאי בפריז לפני שכתב את הספר מדינת היהודים.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הספר מדינת היהודים פורסם לפני משפט דרייפוס.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הקונגרס הציוני הראשון התקיים בעיר בזל.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מסע בציר הזמן – מתאימים שנה לאירוע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1. 1860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הרצל קיבל תואר דוקטור למשפטים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2. 1884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הקונגרס הציוני הראשון בבזל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3. 1891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פרסום הספר מדינת היהודים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4. 1896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הרצל נשלח לפריז כעיתונאי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5. 1897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הרצל נולד בפשט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מסע בציר הזמן – סדרו את התחנות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סדרו לפי סדר כרונולוגי את כל חמש התחנות: (א) נולד בפשט (ב) נשלח לפריז כעיתונאי (ג) פרסם את מדינת היהודים (ד) השתתף בקונגרס בבזל (ה) פרסם את אלטנוילנד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סדרו לפי סדר כרונולוגי: (א) הרצל נולד בפשט (ב) המשפחה עברה לווינה (ג) הרצל קיבל תואר דוקטור (ד) הרצל נשלח לפריז כעיתונאי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סדרו לפי סדר כרונולוגי: (א) משפט דרייפוס (ב) פרסום מדינת היהודים (ג) הקונגרס הציוני הראשון בבזל (ד) פרסום אלטנוילנד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הקונגרס בבזל וההסתדרות הציונית – עובדות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הקונגרס הציוני הראשון התקיים בעיר...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לונדון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שנה התקיים הקונגרס הציוני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1860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1896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1897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1904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בקירוב כמה צירים השתתפו בקונגרס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נאם לצד הרצל בקונגרס והיה לשותפו הקרוב?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אחד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מקס נורדאו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אלפרד דרייפוס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בן־יהודה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בקונגרס הראשון הוקם ארגון שנקרא...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הקרן הקיימת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ההסתדרות הציונית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אוצר התיישבות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הכנסת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הקונגרס בבזל וההסתדרות הציונית – תרגול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בקונגרס הראשון נוסדה ה__________ הציונית, שריכזה את הפעילות למען הרעיון.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בשנת 1901, בקונגרס החמישי, הוקמה ה__________ הקיימת לישראל לקניית אדמות.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הקונגרס בבזל וההסתדרות הציונית – התאמה וסדר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תוכנית בזל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סופר ורופא שנאם לצד הרצל בקונגרס הראשון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אוצר התיישבות היהודים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קרן לקניית אדמות בארץ ישראל, הוקמה ב-1901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הקרן הקיימת לישראל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בנק שהוקם ב-1899 למימון התיישבות בארץ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מקס נורדאו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מטרת התנועה: בית לעם היהודי בארץ ישראל, מובטח בחוק בינלאומי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החזון של הרצל: אז והיום – מה הרצל חלם?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חלם על מדינה ליהודים שתוכר על ידי עמים אחרים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הציע דגל לבן עם שבעה כוכבי זהב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חלם שכל עובד יעבוד שתים עשרה שעות ביום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באלטנוילנד, הספר שכתב הרצל, גם נשים בוחרות ונבחרות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חשב שהעברית תהיה שפת היום יום במדינה החדשה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החזון של הרצל: אז והיום – מה קרה בסוף?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מדינה ליהודים שמוכרת בעולם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התגשם בחלקו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מוסדות לאומיים כמו קונגרס וקרן קיימת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לא התגשם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יום עבודה של שבע שעות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התגשם אחרת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דגל עם שבעה כוכבי זהב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התגשם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תעלה מהים התיכון לים המלח לחשמל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התגשם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החזון של הרצל: אז והיום – חושבים לעומק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חלום אחד של הרצל שהתגשם אחרת ממה שהוא חשב. כתבו במה זה שונה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לדעתכם הרצל חלם על יום עבודה קצר של שבע שעות? מה זה מלמד עליו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חלום אחד שלכם לעתיד, קטן או גדול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ההבדל בין חלום ש׳התגשם בחלקו׳ לבין חלום ש׳התגשם אחרת׳? תנו דוגמה אחת מהרשימה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עיר החלומות שלי וסיכום – מילים חשובות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הרצל חלם להקים __________ ליהודים.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הדגל שהרצל הציע היה לבן ועליו שבעה כוכבי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האסיפה הגדולה שבה נפגשו הצירים ב-1897 נקראת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הספר שבו תיאר הרצל עיר חלומות עתידית נקרא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עיר החלומות שלי וסיכום – התאימו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סמל של עם או מדינה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דבר חשוב שמנחה איך להתנהג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קונגרס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תמונה של עתיד טוב שרוצים להגשים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מדינה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אסיפה גדולה שמחליטים בה 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מקום שיש בו עם, ממשלה וגבולות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עיר החלומות שלי וסיכום – בונים עיר חלומות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תנו שם לעיר החלומות 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סיסמה קצרה לעיר שלכם, בהשראת "אם תרצו, אין זו אגדה".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דגל לעיר שלכם: תארו את הצבעים והסמלים ולמה בחרתם בהם.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שלושה ערכים חשובים שיהיו בעיר שלכם, ולמה בחרתם בהם.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חזרה מסכמת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נולד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בבודפשט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בפריז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בלונדון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ספר כתב הרצל בשנת 1896?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אלטנוילנד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מדינת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זה הדרך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עיר החלומות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היכן התכנס הקונגרס הציוני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בפריז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בבודפשט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הוקם בקונגרס הציוני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בנק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ההסתדרות הציונית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אוניברסיטה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מתאר הספר אלטנוילנד?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ילדותו של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חברה חדשה בארץ ישראל עם מדע ושוויון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מסע לאפריקה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משפט דרייפוס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איזה אירוע השפיע מאוד על מחשבתו של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משפט דרייפוס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נפילת חומת ברלין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מלחמת העולם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טיול בשווייץ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איך הרצל הציע שיראה דגל המדינה?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כחול עם מגן דוד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לבן עם שבעה כוכבי 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ירוק עם כוכב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אדום עם פס לבן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חזרה מסכמת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במשפט או שניים מדוע משפט דרייפוס היה נקודת מפנה בחייו של הרצל.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ציינו דבר אחד מחזונו של הרצל שהתגשם, ודבר אחד שהתגשם אחרת.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אילו הייתם בונים "עיר חלומות" משלכם כמו הרצל, מהו הערך החשוב ביותר שהייתם בוחרים לה? נמקו בקצרה.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לספר בשלושה משפטים מי היה הרצל ומה הוא חלם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לסדר לפי סדר נכון לפחות ארבעה אירועים מחייו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להסביר מה קרה בקונגרס הציוני הראשון בבזל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האיש שחלם מדינה: בנימין זאב הרצל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