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 ואת החלום שהנחה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לסדר אירועים מרכזיים בחייו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הקונגרס הציוני הראשון ולמה הוקם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אישי של חלום וחשיבה על דרך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ילד סקרן שהפך לחולם – מה זוכרים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בנימין זאב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לקרוא ספרים ולחלום על תיאטרון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ילד סקרן שהפך לחולם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2. 1891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ילד סקרן שהפך לחולם – התאמת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(1860)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(1878)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(1884)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(1891)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ילד סקרן שהפך לחולם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ליבו נמשך לכתיבה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מסע בציר הזמן – מה אני זוכר/ת?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הוא נולד ב-1860 בפשט, היום חלק מבודפשט.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המשפחה עברה לווינה, לא לפריז.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הוא נשלח לפריז ב-1891 ככתב עיתון.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משפט דרייפוס היה ב-1894-1895, והספר פורסם אחריו, ב-1896.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הקונגרס התקיים בסוף אוגוסט 1897.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מסע בציר הזמן – מתאימים 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(הרצל נולד בפשט)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(הרצל קיבל תואר דוקטור למשפטים)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(הרצל נשלח לפריז כעיתונאי)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(הקונגרס הציוני הראשון בבזל)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מסע בציר הזמן – סדרו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לפי סדר כרונולוגי: (א) הרצל נולד בפשט (ב) המשפחה עברה לווינה (ג) הרצל קיבל תואר דוקטור (ד) הרצל נשלח לפריז כעיתונאי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לפי סדר כרונולוגי: (א) משפט דרייפוס (ב) פרסום מדינת היהודים (ג) הקונגרס הציוני הראשון בבזל (ד) פרסום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לפי סדר כרונולוגי את כל חמש התחנות: (א) נולד בפשט (ב) נשלח לפריז כעיתונאי (ג) פרסם את מדינת היהודים (ד) השתתף בקונגרס בבזל (ה) פרסם את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הקונגרס בבזל וההסתדרות הציונית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מקס נורדאו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ההסתדרות הציונית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הקונגרס בבזל וההסתדרות הציונית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הקונגרס בבזל וההסתדרות הציונית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(מטרת התנועה: בית לעם היהודי בארץ ישראל, מובטח בחוק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(בנק שהוקם ב-1899 למימון התיישבות בארץ)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(קרן לקניית אדמות בארץ ישראל, הוקמה ב-1901)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(סופר ורופא שנאם לצד הרצל בקונגרס הראשון)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החזון של הרצל: אז והיום – מה הרצל חלם?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הדברים המרכזיים בחלום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הכוכבים היו סמל לשבע שעות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חלם על יום עבודה של שבע שעות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מהחזון של שוויון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חשב על כמה שפות יחד, כמו בשווייץ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החזון של הרצל: אז והיום – מה קרה בסוף?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(התגשם בחלקו)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(התגשם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התגשם)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החזון של הרצל: אז והיום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הדגל שונה מהדגל שהוצע, או שהעברית דווקא כן נהייתה שפת יום יום למרות שהרצל לא האמין בכך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לכתוב שהרצל רצה חברה הוגנת, שדואגת לעובדים ולא רק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אישית ומנומקת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התגשם בחלקו – קרה חלק ממה שחלמו; התגשם אחרת – קרה משהו שונה לגמרי ממה שחלמו, למשל הדגל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עיר החלומות שלי וסיכום – מילים 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עיר החלומות שלי וסיכום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(תמונה של עתיד טוב שרוצים להגשים)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(סמל של עם או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(אסיפה גדולה שמחליטים בה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שיש בו עם, ממשלה וגבולות)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חשוב שמנחה איך להתנהג)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עיר החלומות שלי וסיכום – בונים עיר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שם מתאים ומקורי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שמבטא תקווה או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צבעים וסמלים עם הסבר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 ערכים כמו שוויון, עזרה הדדית, כבוד –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ההסתדרות הציונית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חברה חדשה בארץ ישראל עם מדע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לבן עם שבעה כוכבי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ראה שגם בארץ חופשית כמו צרפת יש שנאת יהודים חזקה, והבין שצריך פתרון של מדינה משלהם.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הוקמה מדינה ליהודים (התגשם), אך לא כל חלקי החזון הכלכלי או הלשוני התגשמו כפי שתכנן.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הכוללת ערך (כמו שוויון, עזרה הדדית) והסבר קצר מדוע 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כוללת: ילד מבודפשט, עיתונאי, כתב ספר, חלם על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 כולל: לידה, מעבר לווינה, עיתונאות, מדינת היהודים, קונגרס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מזכירה: אסיפה גדולה בשווייץ ב-1897, הוקמה הסתדרות 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א-ב מומלץ להקריא את הטקסטים ולהוסיף ניקוד למילות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בסידור ציר הזמן בעזרת תמונות בלבד, בלי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מומלץ להציג במליאה כמה מעבודות 'עיר החלומות' ולשוחח מה משותף לכולן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על הרצל. הוא היה ילד שחלם חלום גדול. נקרא, נענה על שאלות, ונצייר. בסוף כל אחד יבנה חלום קטן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שיקרה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יש לעם בית וחוקים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אנשים שמחליטים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 עם סמל שמייצג עם או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שכותב כתבות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מי שחזה וראה מראש את 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מתי קרה כל אירוע, לפי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הסתדרות ציונית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שהוקם כדי לעזור להגשים את חלום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 קיימת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שאספה כסף כדי לקנות אדמות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על ארץ חדשה וטובה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ילד סקרן שהפך לחולם – מה זוכרים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הרצל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אהב כשהיה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ספרים ולחלום על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לעבוד בחקלאות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לנגן בכינור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המשפחה עברה לווינה אחרי מות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הרצל למד רפואה? נכון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ילד סקרן שהפך לחולם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קיבל תואר דוקטור ל__________ בשנת 1884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__________ נשלח הרצל לפריז ככתב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ילד סקרן שהפך לחולם – התאמת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 בפשט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1884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המשפחה עברה לווינה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1891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קיבל תואר דוקטור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1860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נשלח לפריז ככתב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1878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ילד סקרן שהפך לחולם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הרצל הפסיק לעבוד כעורך דין?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ליבו נמשך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הצליח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הוריו אילצו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לו עניין בעבודה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מסע בציר הזמן – מה אני זוכר/ת?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פשט בהונגריה.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מות אחותו פאולינה עברה המשפחה לפריז.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 לפני שכתב את הספר 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מדינת היהודים פורסם לפני משפט דרייפוס.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בעיר בזל.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מסע בציר הזמן – מתאימים 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הרצל נולד בפשט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הרצל קיבל תואר דוקטור למשפטים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הרצל נשלח לפריז כעיתונאי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פרסום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מסע בציר הזמן – סדרו את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סדר כרונולוגי את כל חמש התחנות: (א) נולד בפשט (ב) נשלח לפריז כעיתונאי (ג) פרסם את מדינת היהודים (ד) השתתף בקונגרס בבזל (ה) פרסם את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סדר כרונולוגי: (א) הרצל נולד בפשט (ב) המשפחה עברה לווינה (ג) הרצל קיבל תואר דוקטור (ד) הרצל נשלח לפריז כעיתונאי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סדר כרונולוגי: (א) משפט דרייפוס (ב) פרסום מדינת היהודים (ג) הקונגרס הציוני הראשון בבזל (ד) פרסום אלטנוילנד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הקונגרס בבזל וההסתדרות הציונית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התקיים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היה הקונגרס?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אנשים הגיעו לקונגרס?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עזר להרצל בקונגרס?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אלפרד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ארגון הוקם בבזל?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ההסתדרות הציונית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 התיישבות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הקונגרס בבזל וההסתדרות הציונית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בקונגרס הראשון נוסדה ה__________ הציונית, שריכזה את הפעילות למען הרעיון.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1901, בקונגרס החמישי, הוקמה ה__________ הקיימת לישראל לקניית אדמות.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הקונגרס בבזל וההסתדרות הציונית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סופר ורופא שנאם לצד הרצל בקונגרס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קרן לקניית אדמות בארץ ישראל, הוקמה ב-1901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בנק שהוקם ב-1899 למימון התיישבות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מקס נורדאו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מטרת התנועה: בית לעם היהודי בארץ ישראל, מובטח בחוק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החזון של הרצל: אז והיום – מה הרצל חלם?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על מדינה ליהודים שתוכר על ידי עמים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הציע דגל לבן עם שבעה כוכבי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שכל עובד יעבוד שתים עשרה שעות ביום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באלטנוילנד, הספר שכתב הרצל, גם נשים בוחרות ונבחרות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חשב שהעברית תהיה שפת היום יום במדינה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החזון של הרצל: אז והיום – מה קרה בסוף?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מדינה ליהודים שמוכרת בעולם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התגשם בחלקו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מוסדות לאומיים כמו קונגרס וקרן קיימת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דגל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תעלה מהים התיכון לים המלח לחשמל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התגשם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החזון של הרצל: אז והיום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חלום אחד של הרצל שהתגשם אחרת ממה שהוא חשב. כתבו במה זה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הרצל חלם על יום עבודה קצר של שבע שעות? מה זה מלמד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חלום אחד שלכם לעתיד, קטן או גדול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חלום ש׳התגשם בחלקו׳ לבין חלום ש׳התגשם אחרת׳? תנו דוגמה אחת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עיר החלומות שלי וסיכום – מילים חשובות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חלם להקים __________ ליהודים.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הדגל שהרצל הציע היה לבן ועליו שבעה כוכבי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האסיפה הגדולה שבה נפגשו הצירים ב-1897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שבו תיאר הרצל עיר חלומות עתידית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עיר החלומות שלי וסיכום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חשוב שמנחה איך להתנהג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שיש בו עם, ממשלה וגבולות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תמונה של עתיד טוב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של עם או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אסיפה גדולה שמחליטים בה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עיר החלומות שלי וסיכום – בונים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שם לעיר החלומות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סיסמה קצרה לעיר שלכם, בהשראת "אם תרצו, אין זו אגדה".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דגל לעיר שלכם: תארו את הצבעים והסמלים ולמה בחרתם בהם.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שלושה ערכים חשובים שיהיו בעיר שלכם, ולמה בחרתם בהם.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קראו לספר שכתב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זה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הוקם בקונגרס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בנק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ההסתדרות הציונית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מתאר הספר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ילדותו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חדשה בארץ ישראל עם מדע ושוויון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אירוע השפיע מאוד על מחשבתו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נפילת חומת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בשווייץ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הרצל הציע שיראה דגל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 עם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 עם שבעה כוכבי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 עם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 עם פס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או שניים מדוע משפט דרייפוס היה נקודת מפנה בחייו של הרצל.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דבר אחד מחזונו של הרצל שהתגשם, ודבר אחד שהתגשם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הייתם בונים "עיר חלומות" משלכם כמו הרצל, מהו הערך החשוב ביותר שהייתם בוחרים לה?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לספר בשלושה משפטים מי היה הרצל ומה הוא חלם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לסדר לפי סדר נכון לפחות ארבעה אירועים מחייו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קרה בקונגרס הציוני הראשון בבזל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