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בנימין זאב הרצל ואת החלום שהנחה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לסדר אירועים מרכזיים בחייו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הקונגרס הציוני הראשון ולמה הוקם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אישי של חלום וחשיבה על דרך להגשמתו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ילד סקרן שהפך לחולם – מה זוכרים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בנימין זאב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לקרוא ספרים ולחלום על תיאטרון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ילד סקרן שהפך לחולם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ילד סקרן שהפך לחולם – התאמת 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(1860)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(1878)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(1884)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(1891)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ילד סקרן שהפך לחולם – הבנה מעמיקה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מסע בציר הזמן – מה אני זוכר/ת?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נכון, הוא נולד ב-1860 בפשט, היום חלק מבודפשט.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המשפחה עברה לווינה, לא לפריז.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נכון, הוא נשלח לפריז ב-1891 ככתב עיתון.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מסע בציר הזמן – מתאימים שנה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(הרצל נולד בפשט)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(פרסום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(הקונגרס הציוני הראשון בבזל)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מסע בציר הזמן – סדרו את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סדרו לפי סדר כרונולוגי: (א) הרצל נולד בפשט (ב) המשפחה עברה לווינה (ג) הרצל קיבל תואר דוקטור (ד) הרצל נשלח לפריז כעיתונאי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הקונגרס בבזל וההסתדרות הציונית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הקונגרס בבזל וההסתדרות הציונית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הסתדרות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הקונגרס בבזל וההסתדרות הציונית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(מטרת התנועה: בית לעם היהודי בארץ ישראל, מובטח בחוק בינלאומי)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(בנק שהוקם ב-1899 למימון התיישבות בארץ)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(קרן לקניית אדמות בארץ ישראל, הוקמה ב-1901)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(סופר ורופא שנאם לצד הרצל בקונגרס הראשון)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החזון של הרצל: אז והיום – מה הרצל חלם?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הדברים המרכזיים בחלום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הכוכבים היו סמל לשבע שעות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חלם על יום עבודה של שבע שעות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החזון של הרצל: אז והיום – מה קרה בסוף?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(התגשם בחלקו)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החזון של הרצל: אז והיום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אישית ומנומקת מתקבלת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עיר החלומות שלי וסיכום – מילים חשובות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עיר החלומות שלי וסיכום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(תמונה של עתיד טוב שרוצים להגשים)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(סמל של עם או 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(אסיפה גדולה שמחליטים בה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עיר החלומות שלי וסיכום – בונים עיר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שם מתאים ומקורי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שמבטא תקווה או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ערך (כמו שוויון, עזרה הדדית) והסבר קצר מדוע 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כוללת: ילד מבודפשט, עיתונאי, כתב ספר, חלם על מדינה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נכון כולל: לידה, מעבר לווינה, עיתונאות, מדינת היהודים, קונגרס בבזל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מזכירה: אסיפה גדולה בשווייץ ב-1897, הוקמה הסתדרות 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לחמישה מפגשים קצרים, פרק אחד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א-ב מומלץ להקריא את הטקסטים ולהוסיף ניקוד למילות מפתח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להסתפק בסידור ציר הזמן בעזרת תמונות בלבד, בלי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מומלץ להציג במליאה כמה מעבודות 'עיר החלומות' ולשוחח מה משותף לכולן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תפגשו את סיפורו של בנימין זאב הרצל, הילד שהפך לחוזה המדינה. בכל פרק תענו על שאלות, תסדרו אירועים ותציירו. בסוף תוכלו לבנות גם 'עיר חלומות' משלכם.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זהב  ·  מדינה  ·  הסתדרות  ·  משפטים  ·  קרן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ילד סקרן שהפך לחולם – מה זוכרים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השם העברי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בנימין זאב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הרצל אהב לעשות כשהיה נער?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לקרוא ספרים ולחלום על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לעבוד בחקלאות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ילד סקרן שהפך לחולם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קיבל תואר דוקטור ל__________ בשנת 1884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ילד סקרן שהפך לחולם – התאמת 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נולד בפשט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1884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המשפחה עברה לווינה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1891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קיבל תואר דוקטור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1878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נשלח לפריז ככתב 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1860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ילד סקרן שהפך לחולם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מסע בציר הזמן – מה אני זוכר/ת?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בעיר פשט בהונגריה.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מות אחותו פאולינה עברה המשפחה לפריז.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עבד כעיתונאי בפריז לפני שכתב את הספר מדינת היהודים.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מסע בציר הזמן – מתאימים שנה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1. 1860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הרצל נולד בפשט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פרסום הספר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מסע בציר הזמן – סדרו את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סדרו לפי סדר כרונולוגי: (א) הרצל נולד בפשט (ב) המשפחה עברה לווינה (ג) הרצל קיבל תואר דוקטור (ד) הרצל נשלח לפריז כעיתונאי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הקונגרס בבזל וההסתדרות הציונית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הקונגרס הציוני הראשון התקיים בעיר...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שנה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בקירוב כמה צירים השתתפו בקונגרס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הקונגרס בבזל וההסתדרות הציונית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בקונגרס הראשון נוסדה ה__________ הציונית, שריכזה את הפעילות למען הרעיון.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בשנת 1901, בקונגרס החמישי, הוקמה ה__________ הקיימת לישראל לקניית אדמות.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הקונגרס בבזל וההסתדרות הציונית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תוכנית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קרן לקניית אדמות בארץ ישראל, הוקמה ב-1901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אוצר התיישבות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סופר ורופא שנאם לצד הרצל בקונגרס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הקרן הקיימת לישראל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בנק שהוקם ב-1899 למימון התיישבות בארץ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מקס נורדאו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מטרת התנועה: בית לעם היהודי בארץ ישראל, מובטח בחוק בינלאומי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החזון של הרצל: אז והיום – מה הרצל חלם?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חלם על מדינה ליהודים שתוכר על ידי עמים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הציע דגל לבן עם שבעה כוכבי זהב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חלם שכל עובד יעבוד שתים עשרה שעות ביום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החזון של הרצל: אז והיום – מה קרה בסוף?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מדינה ליהודים שמוכרת בעולם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מוסדות לאומיים כמו קונגרס וקרן קיימת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התגשם בחלקו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יום עבודה של שבע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החזון של הרצל: אז והיום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חלום אחד שלכם לעתיד, קטן או גדול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עיר החלומות שלי וסיכום – מילים חשובות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חלם להקים __________ ליהודים.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הדגל שהרצל הציע היה לבן ועליו שבעה כוכבי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עיר החלומות שלי וסיכום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אסיפה גדולה שמחליטים בה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סמל של עם או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תמונה של עתיד טוב שרוצים להגשים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עיר החלומות שלי וסיכום – בונים עיר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שם לעיר החלומות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סיסמה קצרה לעיר שלכם, בהשראת "אם תרצו, אין זו אגדה".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ספר כתב הרצל בשנת 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זה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היכן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בפריז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הייתם בונים "עיר חלומות" משלכם כמו הרצל, מהו הערך החשוב ביותר שהייתם בוחרים לה?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לספר בשלושה משפטים מי היה הרצל ומה הוא חלם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לסדר לפי סדר נכון לפחות ארבעה אירועים מחייו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האיש שחלם מדינה: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